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i/>
              </w:rPr>
              <w:t>[Your logo]</w:t>
            </w:r>
          </w:p>
          <w:p>
            <w:r>
              <w:rPr>
                <w:b/>
              </w:rPr>
              <w:t>Your business name</w:t>
            </w:r>
          </w:p>
          <w:p>
            <w:r>
              <w:t>Street address</w:t>
            </w:r>
          </w:p>
          <w:p>
            <w:r>
              <w:t>City, State, Postcode</w:t>
            </w:r>
          </w:p>
          <w:p>
            <w:r>
              <w:t>email@example.com  |  (000) 000-0000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52"/>
              </w:rPr>
              <w:t>INVOICE</w:t>
            </w:r>
          </w:p>
          <w:p>
            <w:pPr>
              <w:jc w:val="right"/>
            </w:pPr>
            <w:r>
              <w:t>Invoice #: INV-0001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Client name</w:t>
      </w:r>
    </w:p>
    <w:p>
      <w:r>
        <w:t>Client address</w:t>
      </w:r>
    </w:p>
    <w:p>
      <w:r>
        <w:t>client@example.com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6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b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Amount</w:t>
            </w:r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 xml:space="preserve">Subtotal:    </w:t>
      </w:r>
    </w:p>
    <w:p>
      <w:pPr>
        <w:jc w:val="right"/>
      </w:pPr>
      <w:r>
        <w:rPr>
          <w:b w:val="0"/>
        </w:rPr>
        <w:t xml:space="preserve">Discount:    </w:t>
      </w:r>
    </w:p>
    <w:p>
      <w:pPr>
        <w:jc w:val="right"/>
      </w:pPr>
      <w:r>
        <w:rPr>
          <w:b w:val="0"/>
        </w:rPr>
        <w:t xml:space="preserve">Tax:    </w:t>
      </w:r>
    </w:p>
    <w:p>
      <w:pPr>
        <w:jc w:val="right"/>
      </w:pPr>
      <w:r>
        <w:rPr>
          <w:b/>
        </w:rPr>
        <w:t xml:space="preserve">TOTAL DUE:    </w:t>
      </w:r>
    </w:p>
    <w:p/>
    <w:p>
      <w:r>
        <w:rPr>
          <w:b/>
        </w:rPr>
        <w:t>NOTES</w:t>
      </w:r>
    </w:p>
    <w:p>
      <w:r>
        <w:t xml:space="preserve"> 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